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הקריאה – התאמת משפט לתמונה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משפט מתאים לתמונה לפי תוכן התמונה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לשון זכר ללשון נקבה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משפט פשוט במבנה נושא-פועל-מושא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איזה משפט מתאים לתמונה?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הָרוֹפְאָה בּוֹדֶקֶת אֶת הַיֶּלֶד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הַטַּבָּח מְבַשֵּׁל אֶת הָאֹכֶל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יַלְדָה וְקוֹרֵאת הֵן מִלִּים בִּלְשׁוֹן נְקֵבָה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שְׁנֵיהֶם בִּלְשׁוֹן זָכָר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בּוֹדֶקֶת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מְבַשֵּׁל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נושא לפועל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(בּוֹדֶקֶת)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(בּוֹדֵק)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(קוֹרֵאת)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(קוֹרֵא)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בנו משפט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הָרוֹפְאָה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בּוֹדֶקֶת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אֶת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הַיֶּלֶד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יוצרת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עם נושא מתאים, פועל מתאים בזכר או בנקבה, ומושא – למשל הכבאי מכבה את האש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תקין במבנה נושא-פועל-מושא, עם התאמה בין זכר לנקבה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עם נושא-פועל-מושא תקין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זכר מול נקבה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פועל בלשון נקבה כמו קוֹרֵאת או בּוֹדֶקֶת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התמונות באמצעות אימוג׳י על הלוח ולבקש מהתלמידים לבחור משפט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לשים לב במיוחד להתאמת זכר ונקבה בפועל, זו הנקודה המרכזית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אפשר להסתפק בחלק הראשון ובחלק ההתאמה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✈️ קוראים במסע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אלופי הקריאה – התאמת משפט לתמונה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כמו במשחק קוראים במסע: נבחר את המשפט המתאים לכל תמונה, ונשים לב אם מדובר בזכר או בנקבה.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בּוֹדֶקֶת  ·  מְבַשֵּׁל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איזה משפט מתאים לתמונה?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👩‍⚕️🩺🧒 - אֵיזֶה מִשְׁפָּט מַתְאִים?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הַיֶּלֶד בּוֹדֵק אֶת הָרוֹפְאָה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הָרוֹפְאָה בּוֹדֶקֶת אֶת הַיֶּלֶד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הָרוֹפֵא בּוֹדֵק אֶת הַיֶּלֶד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👨‍🍳🍳🧑 - אֵיזֶה מִשְׁפָּט מַתְאִים?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הַטַּבָּח מְבַשֵּׁל אֶת הָאֹכֶל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הָאֹכֶל מְבַשֵּׁל אֶת הַטַּבָּח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הַטַּבָּחִית מְבַשֶּׁלֶת אֶת הָאֹכֶל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הַמִּשְׁפָּט 'הַיַּלְדָה קוֹרֵאת סֵפֶר' מַתְאִים לְתְּמוּנָה שֶׁל בֵּן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בַּמִּשְׁפָּט 'הַיֶּלֶד אוֹכֵל תַּפּוּחַ' הַפֹּעַל מַתְאִים לַנּוֹשֵׂא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הָרוֹפְאָה __________ אֶת הַיֶּלֶד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הַטַּבָּח __________ אֶת הָאֹכֶל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נושא לפועל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רוֹפְאָה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קוֹרֵאת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רוֹפֵא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קוֹרֵא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יַלְדָה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בּוֹדֵק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יֶלֶד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בּוֹדֶקֶת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בנו משפט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בּוֹדֶקֶת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הַיֶּלֶד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הָרוֹפְאָה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אֶת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יוצרת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בעצמכם משפט מתאים לתמונה: 👨‍🚒🔥🏠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ציירו או דמיינו תמונה חדשה וכתבו לה משפט מתאים בעצמכם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משפט מתאים לתמונה של מורה שמלמדת ילד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רוֹפֵא לרוֹפְאָה?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אלופי הקריאה – התאמת משפט לתמונה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